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0" w:after="60" w:line="259" w:lineRule="auto"/>
        <w:snapToGrid w:val="0"/>
      </w:pPr>
      <w:r>
        <w:rPr>
          <w:rFonts w:ascii="UD Digi Kyokasho NP-B" w:hAnsi="UD Digi Kyokasho NP-B" w:eastAsia="UD Digi Kyokasho NP-B" w:cs="UD Digi Kyokasho NP-B"/>
          <w:b/>
          <w:color w:val="000000"/>
          <w:sz w:val="40"/>
          <w:szCs w:val="40"/>
        </w:rPr>
        <w:t>探究テーマを設定するワークシート</w:t>
      </w:r>
    </w:p>
    <w:p>
      <w:pPr>
        <w:spacing w:before="0" w:after="60" w:line="259" w:lineRule="auto"/>
        <w:snapToGrid w:val="0"/>
      </w:pPr>
      <w:r>
        <w:rPr>
          <w:rFonts w:ascii="UD Digi Kyokasho NP-R" w:hAnsi="UD Digi Kyokasho NP-R" w:eastAsia="UD Digi Kyokasho NP-R" w:cs="UD Digi Kyokasho NP-R"/>
          <w:b w:val="0"/>
          <w:color w:val="000000"/>
          <w:sz w:val="21"/>
          <w:szCs w:val="21"/>
        </w:rPr>
        <w:t>関心を広げて候補を比べ、調べたいテーマを一つ選ぼう。</w:t>
      </w:r>
    </w:p>
    <w:p>
      <w:pPr>
        <w:spacing w:before="0" w:after="60" w:line="259" w:lineRule="auto"/>
        <w:snapToGrid w:val="0"/>
      </w:pPr>
      <w:r>
        <w:rPr>
          <w:rFonts w:ascii="UD Digi Kyokasho NP-R" w:hAnsi="UD Digi Kyokasho NP-R" w:eastAsia="UD Digi Kyokasho NP-R" w:cs="UD Digi Kyokasho NP-R"/>
          <w:b w:val="0"/>
          <w:color w:val="000000"/>
          <w:sz w:val="20"/>
          <w:szCs w:val="20"/>
        </w:rPr>
        <w:t xml:space="preserve">年　　　 組　　　 番　　　 名前　　　　　　　　　　　 日付　　　／　　　</w:t>
      </w:r>
    </w:p>
    <w:p>
      <w:pPr>
        <w:spacing w:before="0" w:after="20" w:line="259" w:lineRule="auto"/>
        <w:snapToGrid w:val="0"/>
      </w:pPr>
      <w:r>
        <w:rPr>
          <w:rFonts w:ascii="UD Digi Kyokasho NP-R" w:hAnsi="UD Digi Kyokasho NP-R" w:eastAsia="UD Digi Kyokasho NP-R" w:cs="UD Digi Kyokasho NP-R"/>
          <w:b w:val="0"/>
          <w:color w:val="64748B"/>
          <w:sz w:val="18"/>
          <w:szCs w:val="18"/>
        </w:rPr>
        <w:t>1ページ目  関心 → 候補 → テーマ     /     2ページ目  テーマ → 問い</w:t>
      </w:r>
    </w:p>
    <w:p>
      <w:pPr>
        <w:pStyle w:val="Heading2"/>
        <w:spacing w:before="180" w:after="60" w:line="259" w:lineRule="auto"/>
        <w:snapToGrid w:val="0"/>
      </w:pPr>
      <w:r>
        <w:rPr>
          <w:rFonts w:ascii="UD Digi Kyokasho NP-B" w:hAnsi="UD Digi Kyokasho NP-B" w:eastAsia="UD Digi Kyokasho NP-B" w:cs="UD Digi Kyokasho NP-B"/>
          <w:b/>
          <w:color w:val="000000"/>
          <w:sz w:val="26"/>
          <w:szCs w:val="26"/>
        </w:rPr>
        <w:t>01  気になることを集める</w:t>
      </w:r>
    </w:p>
    <w:p>
      <w:pPr>
        <w:spacing w:before="0" w:after="40" w:line="259" w:lineRule="auto"/>
        <w:snapToGrid w:val="0"/>
      </w:pPr>
      <w:r>
        <w:rPr>
          <w:rFonts w:ascii="UD Digi Kyokasho NP-R" w:hAnsi="UD Digi Kyokasho NP-R" w:eastAsia="UD Digi Kyokasho NP-R" w:cs="UD Digi Kyokasho NP-R"/>
          <w:b w:val="0"/>
          <w:color w:val="64748B"/>
          <w:sz w:val="18"/>
          <w:szCs w:val="18"/>
        </w:rPr>
        <w:t>好きなこと、不思議なこと、困っていること。単語や絵でもOK。</w:t>
      </w:r>
    </w:p>
    <w:p>
      <w:pPr>
        <w:spacing w:before="0" w:after="0" w:line="259" w:lineRule="auto"/>
        <w:snapToGrid w:val="0"/>
      </w:pPr>
      <w:r>
        <w:rPr>
          <w:rFonts w:ascii="UD Digi Kyokasho NP-R" w:hAnsi="UD Digi Kyokasho NP-R" w:eastAsia="UD Digi Kyokasho NP-R" w:cs="UD Digi Kyokasho NP-R"/>
          <w:b w:val="0"/>
          <w:color w:val="000000"/>
          <w:sz w:val="20"/>
          <w:szCs w:val="20"/>
        </w:rPr>
        <w:t>好きなこと・もっと知りたいこと</w:t>
      </w:r>
    </w:p>
    <w:p>
      <w:pPr>
        <w:spacing w:before="0" w:after="0" w:line="442" w:lineRule="exact"/>
        <w:snapToGrid w:val="0"/>
        <w:pBdr>
          <w:bottom w:val="single" w:sz="4" w:color="D9D9D9" w:space="1"/>
          <w:between w:val="single" w:sz="4" w:color="D9D9D9" w:space="1"/>
        </w:pBdr>
      </w:pPr>
      <w:r>
        <w:rPr>
          <w:rFonts w:ascii="UD Digi Kyokasho NP-R" w:hAnsi="UD Digi Kyokasho NP-R" w:eastAsia="UD Digi Kyokasho NP-R" w:cs="UD Digi Kyokasho NP-R"/>
          <w:b w:val="0"/>
          <w:color w:val="000000"/>
          <w:sz w:val="22"/>
          <w:szCs w:val="22"/>
        </w:rPr>
        <w:t xml:space="preserve"> </w:t>
      </w:r>
    </w:p>
    <w:p>
      <w:pPr>
        <w:spacing w:before="100" w:after="0" w:line="259" w:lineRule="auto"/>
        <w:snapToGrid w:val="0"/>
      </w:pPr>
      <w:r>
        <w:rPr>
          <w:rFonts w:ascii="UD Digi Kyokasho NP-R" w:hAnsi="UD Digi Kyokasho NP-R" w:eastAsia="UD Digi Kyokasho NP-R" w:cs="UD Digi Kyokasho NP-R"/>
          <w:b w:val="0"/>
          <w:color w:val="000000"/>
          <w:sz w:val="20"/>
          <w:szCs w:val="20"/>
        </w:rPr>
        <w:t>身近な不思議・なぜだろうと思ったこと</w:t>
      </w:r>
    </w:p>
    <w:p>
      <w:pPr>
        <w:spacing w:before="0" w:after="0" w:line="442" w:lineRule="exact"/>
        <w:snapToGrid w:val="0"/>
        <w:pBdr>
          <w:bottom w:val="single" w:sz="4" w:color="D9D9D9" w:space="1"/>
          <w:between w:val="single" w:sz="4" w:color="D9D9D9" w:space="1"/>
        </w:pBdr>
      </w:pPr>
      <w:r>
        <w:rPr>
          <w:rFonts w:ascii="UD Digi Kyokasho NP-R" w:hAnsi="UD Digi Kyokasho NP-R" w:eastAsia="UD Digi Kyokasho NP-R" w:cs="UD Digi Kyokasho NP-R"/>
          <w:b w:val="0"/>
          <w:color w:val="000000"/>
          <w:sz w:val="22"/>
          <w:szCs w:val="22"/>
        </w:rPr>
        <w:t xml:space="preserve"> </w:t>
      </w:r>
    </w:p>
    <w:p>
      <w:pPr>
        <w:spacing w:before="100" w:after="0" w:line="259" w:lineRule="auto"/>
        <w:snapToGrid w:val="0"/>
      </w:pPr>
      <w:r>
        <w:rPr>
          <w:rFonts w:ascii="UD Digi Kyokasho NP-R" w:hAnsi="UD Digi Kyokasho NP-R" w:eastAsia="UD Digi Kyokasho NP-R" w:cs="UD Digi Kyokasho NP-R"/>
          <w:b w:val="0"/>
          <w:color w:val="000000"/>
          <w:sz w:val="20"/>
          <w:szCs w:val="20"/>
        </w:rPr>
        <w:t>自分や周りの人が困っていること</w:t>
      </w:r>
    </w:p>
    <w:p>
      <w:pPr>
        <w:spacing w:before="0" w:after="0" w:line="442" w:lineRule="exact"/>
        <w:snapToGrid w:val="0"/>
        <w:pBdr>
          <w:bottom w:val="single" w:sz="4" w:color="D9D9D9" w:space="1"/>
          <w:between w:val="single" w:sz="4" w:color="D9D9D9" w:space="1"/>
        </w:pBdr>
      </w:pPr>
      <w:r>
        <w:rPr>
          <w:rFonts w:ascii="UD Digi Kyokasho NP-R" w:hAnsi="UD Digi Kyokasho NP-R" w:eastAsia="UD Digi Kyokasho NP-R" w:cs="UD Digi Kyokasho NP-R"/>
          <w:b w:val="0"/>
          <w:color w:val="000000"/>
          <w:sz w:val="22"/>
          <w:szCs w:val="22"/>
        </w:rPr>
        <w:t xml:space="preserve"> </w:t>
      </w:r>
    </w:p>
    <w:p>
      <w:pPr>
        <w:pStyle w:val="Heading2"/>
        <w:spacing w:before="180" w:after="60" w:line="259" w:lineRule="auto"/>
        <w:snapToGrid w:val="0"/>
      </w:pPr>
      <w:r>
        <w:rPr>
          <w:rFonts w:ascii="UD Digi Kyokasho NP-B" w:hAnsi="UD Digi Kyokasho NP-B" w:eastAsia="UD Digi Kyokasho NP-B" w:cs="UD Digi Kyokasho NP-B"/>
          <w:b/>
          <w:color w:val="000000"/>
          <w:sz w:val="26"/>
          <w:szCs w:val="26"/>
        </w:rPr>
        <w:t>02  候補を二つに絞って比べる</w:t>
      </w:r>
    </w:p>
    <w:p>
      <w:pPr>
        <w:spacing w:before="0" w:after="40" w:line="259" w:lineRule="auto"/>
        <w:snapToGrid w:val="0"/>
      </w:pPr>
      <w:r>
        <w:rPr>
          <w:rFonts w:ascii="UD Digi Kyokasho NP-R" w:hAnsi="UD Digi Kyokasho NP-R" w:eastAsia="UD Digi Kyokasho NP-R" w:cs="UD Digi Kyokasho NP-R"/>
          <w:b w:val="0"/>
          <w:color w:val="64748B"/>
          <w:sz w:val="18"/>
          <w:szCs w:val="18"/>
        </w:rPr>
        <w:t>気になることの中から、自分が調べてみたいものを選ぶ。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041"/>
        <w:gridCol w:w="3969"/>
        <w:gridCol w:w="3969"/>
      </w:tblGrid>
      <w:tr>
        <w:trPr>
          <w:tblHeader/>
        </w:trPr>
        <w:tc>
          <w:tcPr>
            <w:tcW w:type="dxa" w:w="2041"/>
            <w:shd w:fill="EFF6FF"/>
            <w:vAlign w:val="top"/>
            <w:tcMar>
              <w:top w:w="100" w:type="dxa"/>
              <w:bottom w:w="100" w:type="dxa"/>
              <w:left w:w="130" w:type="dxa"/>
              <w:right w:w="130" w:type="dxa"/>
            </w:tcMar>
          </w:tcPr>
          <w:p>
            <w:pPr>
              <w:spacing w:after="0" w:line="259" w:lineRule="auto"/>
              <w:snapToGrid w:val="0"/>
            </w:pPr>
            <w:r>
              <w:rPr>
                <w:rFonts w:ascii="UD Digi Kyokasho NP-B" w:hAnsi="UD Digi Kyokasho NP-B" w:eastAsia="UD Digi Kyokasho NP-B" w:cs="UD Digi Kyokasho NP-B"/>
                <w:b/>
                <w:color w:val="000000"/>
                <w:sz w:val="20"/>
                <w:szCs w:val="20"/>
              </w:rPr>
              <w:t>考えること</w:t>
            </w:r>
          </w:p>
        </w:tc>
        <w:tc>
          <w:tcPr>
            <w:tcW w:type="dxa" w:w="3969"/>
            <w:shd w:fill="EFF6FF"/>
            <w:vAlign w:val="top"/>
            <w:tcMar>
              <w:top w:w="100" w:type="dxa"/>
              <w:bottom w:w="100" w:type="dxa"/>
              <w:left w:w="130" w:type="dxa"/>
              <w:right w:w="130" w:type="dxa"/>
            </w:tcMar>
          </w:tcPr>
          <w:p>
            <w:pPr>
              <w:spacing w:after="0" w:line="259" w:lineRule="auto"/>
              <w:snapToGrid w:val="0"/>
            </w:pPr>
            <w:r>
              <w:rPr>
                <w:rFonts w:ascii="UD Digi Kyokasho NP-B" w:hAnsi="UD Digi Kyokasho NP-B" w:eastAsia="UD Digi Kyokasho NP-B" w:cs="UD Digi Kyokasho NP-B"/>
                <w:b/>
                <w:color w:val="000000"/>
                <w:sz w:val="20"/>
                <w:szCs w:val="20"/>
              </w:rPr>
              <w:t>候補 A</w:t>
            </w:r>
          </w:p>
        </w:tc>
        <w:tc>
          <w:tcPr>
            <w:tcW w:type="dxa" w:w="3969"/>
            <w:shd w:fill="EFF6FF"/>
            <w:vAlign w:val="top"/>
            <w:tcMar>
              <w:top w:w="100" w:type="dxa"/>
              <w:bottom w:w="100" w:type="dxa"/>
              <w:left w:w="130" w:type="dxa"/>
              <w:right w:w="130" w:type="dxa"/>
            </w:tcMar>
          </w:tcPr>
          <w:p>
            <w:pPr>
              <w:spacing w:after="0" w:line="259" w:lineRule="auto"/>
              <w:snapToGrid w:val="0"/>
            </w:pPr>
            <w:r>
              <w:rPr>
                <w:rFonts w:ascii="UD Digi Kyokasho NP-B" w:hAnsi="UD Digi Kyokasho NP-B" w:eastAsia="UD Digi Kyokasho NP-B" w:cs="UD Digi Kyokasho NP-B"/>
                <w:b/>
                <w:color w:val="000000"/>
                <w:sz w:val="20"/>
                <w:szCs w:val="20"/>
              </w:rPr>
              <w:t>候補 B</w:t>
            </w:r>
          </w:p>
        </w:tc>
      </w:tr>
      <w:tr>
        <w:trPr>
          <w:trHeight w:val="907"/>
          <w:cantSplit/>
        </w:trPr>
        <w:tc>
          <w:tcPr>
            <w:tcW w:type="dxa" w:w="2041"/>
            <w:vAlign w:val="top"/>
            <w:tcMar>
              <w:top w:w="100" w:type="dxa"/>
              <w:bottom w:w="100" w:type="dxa"/>
              <w:left w:w="130" w:type="dxa"/>
              <w:right w:w="130" w:type="dxa"/>
            </w:tcMar>
          </w:tcPr>
          <w:p>
            <w:pPr>
              <w:spacing w:after="0" w:line="259" w:lineRule="auto"/>
              <w:snapToGrid w:val="0"/>
            </w:pPr>
            <w:r>
              <w:rPr>
                <w:rFonts w:ascii="UD Digi Kyokasho NP-R" w:hAnsi="UD Digi Kyokasho NP-R" w:eastAsia="UD Digi Kyokasho NP-R" w:cs="UD Digi Kyokasho NP-R"/>
                <w:b w:val="0"/>
                <w:color w:val="000000"/>
                <w:sz w:val="20"/>
                <w:szCs w:val="20"/>
              </w:rPr>
              <w:t>テーマの候補</w:t>
            </w:r>
          </w:p>
        </w:tc>
        <w:tc>
          <w:tcPr>
            <w:tcW w:type="dxa" w:w="3969"/>
            <w:vAlign w:val="top"/>
            <w:tcMar>
              <w:top w:w="100" w:type="dxa"/>
              <w:bottom w:w="100" w:type="dxa"/>
              <w:left w:w="130" w:type="dxa"/>
              <w:right w:w="130" w:type="dxa"/>
            </w:tcMar>
          </w:tcPr>
          <w:p>
            <w:pPr>
              <w:spacing w:after="0" w:line="259" w:lineRule="auto"/>
              <w:snapToGrid w:val="0"/>
            </w:pPr>
            <w:r>
              <w:rPr>
                <w:rFonts w:ascii="UD Digi Kyokasho NP-R" w:hAnsi="UD Digi Kyokasho NP-R" w:eastAsia="UD Digi Kyokasho NP-R" w:cs="UD Digi Kyokasho NP-R"/>
                <w:b w:val="0"/>
                <w:color w:val="000000"/>
                <w:sz w:val="20"/>
                <w:szCs w:val="20"/>
              </w:rPr>
            </w:r>
          </w:p>
        </w:tc>
        <w:tc>
          <w:tcPr>
            <w:tcW w:type="dxa" w:w="3969"/>
            <w:vAlign w:val="top"/>
            <w:tcMar>
              <w:top w:w="100" w:type="dxa"/>
              <w:bottom w:w="100" w:type="dxa"/>
              <w:left w:w="130" w:type="dxa"/>
              <w:right w:w="130" w:type="dxa"/>
            </w:tcMar>
          </w:tcPr>
          <w:p>
            <w:pPr>
              <w:spacing w:after="0" w:line="259" w:lineRule="auto"/>
              <w:snapToGrid w:val="0"/>
            </w:pPr>
            <w:r>
              <w:rPr>
                <w:rFonts w:ascii="UD Digi Kyokasho NP-R" w:hAnsi="UD Digi Kyokasho NP-R" w:eastAsia="UD Digi Kyokasho NP-R" w:cs="UD Digi Kyokasho NP-R"/>
                <w:b w:val="0"/>
                <w:color w:val="000000"/>
                <w:sz w:val="20"/>
                <w:szCs w:val="20"/>
              </w:rPr>
            </w:r>
          </w:p>
        </w:tc>
      </w:tr>
      <w:tr>
        <w:trPr>
          <w:trHeight w:val="1304"/>
          <w:cantSplit/>
        </w:trPr>
        <w:tc>
          <w:tcPr>
            <w:tcW w:type="dxa" w:w="2041"/>
            <w:vAlign w:val="top"/>
            <w:tcMar>
              <w:top w:w="100" w:type="dxa"/>
              <w:bottom w:w="100" w:type="dxa"/>
              <w:left w:w="130" w:type="dxa"/>
              <w:right w:w="130" w:type="dxa"/>
            </w:tcMar>
          </w:tcPr>
          <w:p>
            <w:pPr>
              <w:spacing w:after="0" w:line="259" w:lineRule="auto"/>
              <w:snapToGrid w:val="0"/>
            </w:pPr>
            <w:r>
              <w:rPr>
                <w:rFonts w:ascii="UD Digi Kyokasho NP-R" w:hAnsi="UD Digi Kyokasho NP-R" w:eastAsia="UD Digi Kyokasho NP-R" w:cs="UD Digi Kyokasho NP-R"/>
                <w:b w:val="0"/>
                <w:color w:val="000000"/>
                <w:sz w:val="20"/>
                <w:szCs w:val="20"/>
              </w:rPr>
              <w:t>気になる理由</w:t>
            </w:r>
          </w:p>
        </w:tc>
        <w:tc>
          <w:tcPr>
            <w:tcW w:type="dxa" w:w="3969"/>
            <w:vAlign w:val="top"/>
            <w:tcMar>
              <w:top w:w="100" w:type="dxa"/>
              <w:bottom w:w="100" w:type="dxa"/>
              <w:left w:w="130" w:type="dxa"/>
              <w:right w:w="130" w:type="dxa"/>
            </w:tcMar>
          </w:tcPr>
          <w:p>
            <w:pPr>
              <w:spacing w:after="0" w:line="259" w:lineRule="auto"/>
              <w:snapToGrid w:val="0"/>
            </w:pPr>
            <w:r>
              <w:rPr>
                <w:rFonts w:ascii="UD Digi Kyokasho NP-R" w:hAnsi="UD Digi Kyokasho NP-R" w:eastAsia="UD Digi Kyokasho NP-R" w:cs="UD Digi Kyokasho NP-R"/>
                <w:b w:val="0"/>
                <w:color w:val="000000"/>
                <w:sz w:val="20"/>
                <w:szCs w:val="20"/>
              </w:rPr>
            </w:r>
          </w:p>
        </w:tc>
        <w:tc>
          <w:tcPr>
            <w:tcW w:type="dxa" w:w="3969"/>
            <w:vAlign w:val="top"/>
            <w:tcMar>
              <w:top w:w="100" w:type="dxa"/>
              <w:bottom w:w="100" w:type="dxa"/>
              <w:left w:w="130" w:type="dxa"/>
              <w:right w:w="130" w:type="dxa"/>
            </w:tcMar>
          </w:tcPr>
          <w:p>
            <w:pPr>
              <w:spacing w:after="0" w:line="259" w:lineRule="auto"/>
              <w:snapToGrid w:val="0"/>
            </w:pPr>
            <w:r>
              <w:rPr>
                <w:rFonts w:ascii="UD Digi Kyokasho NP-R" w:hAnsi="UD Digi Kyokasho NP-R" w:eastAsia="UD Digi Kyokasho NP-R" w:cs="UD Digi Kyokasho NP-R"/>
                <w:b w:val="0"/>
                <w:color w:val="000000"/>
                <w:sz w:val="20"/>
                <w:szCs w:val="20"/>
              </w:rPr>
            </w:r>
          </w:p>
        </w:tc>
      </w:tr>
      <w:tr>
        <w:trPr>
          <w:trHeight w:val="1304"/>
          <w:cantSplit/>
        </w:trPr>
        <w:tc>
          <w:tcPr>
            <w:tcW w:type="dxa" w:w="2041"/>
            <w:vAlign w:val="top"/>
            <w:tcMar>
              <w:top w:w="100" w:type="dxa"/>
              <w:bottom w:w="100" w:type="dxa"/>
              <w:left w:w="130" w:type="dxa"/>
              <w:right w:w="130" w:type="dxa"/>
            </w:tcMar>
          </w:tcPr>
          <w:p>
            <w:pPr>
              <w:spacing w:after="0" w:line="259" w:lineRule="auto"/>
              <w:snapToGrid w:val="0"/>
            </w:pPr>
            <w:r>
              <w:rPr>
                <w:rFonts w:ascii="UD Digi Kyokasho NP-R" w:hAnsi="UD Digi Kyokasho NP-R" w:eastAsia="UD Digi Kyokasho NP-R" w:cs="UD Digi Kyokasho NP-R"/>
                <w:b w:val="0"/>
                <w:color w:val="000000"/>
                <w:sz w:val="20"/>
                <w:szCs w:val="20"/>
              </w:rPr>
              <w:t>調べてみたいこと</w:t>
            </w:r>
          </w:p>
        </w:tc>
        <w:tc>
          <w:tcPr>
            <w:tcW w:type="dxa" w:w="3969"/>
            <w:vAlign w:val="top"/>
            <w:tcMar>
              <w:top w:w="100" w:type="dxa"/>
              <w:bottom w:w="100" w:type="dxa"/>
              <w:left w:w="130" w:type="dxa"/>
              <w:right w:w="130" w:type="dxa"/>
            </w:tcMar>
          </w:tcPr>
          <w:p>
            <w:pPr>
              <w:spacing w:after="0" w:line="259" w:lineRule="auto"/>
              <w:snapToGrid w:val="0"/>
            </w:pPr>
            <w:r>
              <w:rPr>
                <w:rFonts w:ascii="UD Digi Kyokasho NP-R" w:hAnsi="UD Digi Kyokasho NP-R" w:eastAsia="UD Digi Kyokasho NP-R" w:cs="UD Digi Kyokasho NP-R"/>
                <w:b w:val="0"/>
                <w:color w:val="000000"/>
                <w:sz w:val="20"/>
                <w:szCs w:val="20"/>
              </w:rPr>
            </w:r>
          </w:p>
        </w:tc>
        <w:tc>
          <w:tcPr>
            <w:tcW w:type="dxa" w:w="3969"/>
            <w:vAlign w:val="top"/>
            <w:tcMar>
              <w:top w:w="100" w:type="dxa"/>
              <w:bottom w:w="100" w:type="dxa"/>
              <w:left w:w="130" w:type="dxa"/>
              <w:right w:w="130" w:type="dxa"/>
            </w:tcMar>
          </w:tcPr>
          <w:p>
            <w:pPr>
              <w:spacing w:after="0" w:line="259" w:lineRule="auto"/>
              <w:snapToGrid w:val="0"/>
            </w:pPr>
            <w:r>
              <w:rPr>
                <w:rFonts w:ascii="UD Digi Kyokasho NP-R" w:hAnsi="UD Digi Kyokasho NP-R" w:eastAsia="UD Digi Kyokasho NP-R" w:cs="UD Digi Kyokasho NP-R"/>
                <w:b w:val="0"/>
                <w:color w:val="000000"/>
                <w:sz w:val="20"/>
                <w:szCs w:val="20"/>
              </w:rPr>
            </w:r>
          </w:p>
        </w:tc>
      </w:tr>
    </w:tbl>
    <w:p>
      <w:pPr>
        <w:pStyle w:val="Heading2"/>
        <w:spacing w:before="180" w:after="60" w:line="259" w:lineRule="auto"/>
        <w:snapToGrid w:val="0"/>
      </w:pPr>
      <w:r>
        <w:rPr>
          <w:rFonts w:ascii="UD Digi Kyokasho NP-B" w:hAnsi="UD Digi Kyokasho NP-B" w:eastAsia="UD Digi Kyokasho NP-B" w:cs="UD Digi Kyokasho NP-B"/>
          <w:b/>
          <w:color w:val="000000"/>
          <w:sz w:val="26"/>
          <w:szCs w:val="26"/>
        </w:rPr>
        <w:t>03  取り組むテーマを選ぶ</w:t>
      </w:r>
    </w:p>
    <w:p>
      <w:pPr>
        <w:spacing w:before="0" w:after="0" w:line="259" w:lineRule="auto"/>
        <w:snapToGrid w:val="0"/>
      </w:pPr>
      <w:r>
        <w:rPr>
          <w:rFonts w:ascii="UD Digi Kyokasho NP-R" w:hAnsi="UD Digi Kyokasho NP-R" w:eastAsia="UD Digi Kyokasho NP-R" w:cs="UD Digi Kyokasho NP-R"/>
          <w:b w:val="0"/>
          <w:color w:val="000000"/>
          <w:sz w:val="20"/>
          <w:szCs w:val="20"/>
        </w:rPr>
        <w:t>選んだテーマ</w:t>
      </w:r>
    </w:p>
    <w:p>
      <w:pPr>
        <w:spacing w:before="0" w:after="0" w:line="442" w:lineRule="exact"/>
        <w:snapToGrid w:val="0"/>
        <w:pBdr>
          <w:bottom w:val="single" w:sz="4" w:color="D9D9D9" w:space="1"/>
          <w:between w:val="single" w:sz="4" w:color="D9D9D9" w:space="1"/>
        </w:pBdr>
      </w:pPr>
      <w:r>
        <w:rPr>
          <w:rFonts w:ascii="UD Digi Kyokasho NP-R" w:hAnsi="UD Digi Kyokasho NP-R" w:eastAsia="UD Digi Kyokasho NP-R" w:cs="UD Digi Kyokasho NP-R"/>
          <w:b w:val="0"/>
          <w:color w:val="000000"/>
          <w:sz w:val="22"/>
          <w:szCs w:val="22"/>
        </w:rPr>
        <w:t xml:space="preserve"> </w:t>
      </w:r>
    </w:p>
    <w:p>
      <w:pPr>
        <w:spacing w:before="100" w:after="0" w:line="259" w:lineRule="auto"/>
        <w:snapToGrid w:val="0"/>
      </w:pPr>
      <w:r>
        <w:rPr>
          <w:rFonts w:ascii="UD Digi Kyokasho NP-R" w:hAnsi="UD Digi Kyokasho NP-R" w:eastAsia="UD Digi Kyokasho NP-R" w:cs="UD Digi Kyokasho NP-R"/>
          <w:b w:val="0"/>
          <w:color w:val="000000"/>
          <w:sz w:val="20"/>
          <w:szCs w:val="20"/>
        </w:rPr>
        <w:t>このテーマを選んだ理由</w:t>
      </w:r>
    </w:p>
    <w:p>
      <w:pPr>
        <w:spacing w:before="0" w:after="0" w:line="442" w:lineRule="exact"/>
        <w:snapToGrid w:val="0"/>
        <w:pBdr>
          <w:bottom w:val="single" w:sz="4" w:color="D9D9D9" w:space="1"/>
          <w:between w:val="single" w:sz="4" w:color="D9D9D9" w:space="1"/>
        </w:pBdr>
      </w:pPr>
      <w:r>
        <w:rPr>
          <w:rFonts w:ascii="UD Digi Kyokasho NP-R" w:hAnsi="UD Digi Kyokasho NP-R" w:eastAsia="UD Digi Kyokasho NP-R" w:cs="UD Digi Kyokasho NP-R"/>
          <w:b w:val="0"/>
          <w:color w:val="000000"/>
          <w:sz w:val="22"/>
          <w:szCs w:val="22"/>
        </w:rPr>
        <w:t xml:space="preserve"> </w:t>
      </w:r>
    </w:p>
    <w:p>
      <w:pPr>
        <w:spacing w:before="0" w:after="0" w:line="442" w:lineRule="exact"/>
        <w:snapToGrid w:val="0"/>
        <w:pBdr>
          <w:bottom w:val="single" w:sz="4" w:color="D9D9D9" w:space="1"/>
          <w:between w:val="single" w:sz="4" w:color="D9D9D9" w:space="1"/>
        </w:pBdr>
      </w:pPr>
      <w:r>
        <w:rPr>
          <w:rFonts w:ascii="UD Digi Kyokasho NP-R" w:hAnsi="UD Digi Kyokasho NP-R" w:eastAsia="UD Digi Kyokasho NP-R" w:cs="UD Digi Kyokasho NP-R"/>
          <w:b w:val="0"/>
          <w:color w:val="000000"/>
          <w:sz w:val="22"/>
          <w:szCs w:val="22"/>
        </w:rPr>
        <w:t xml:space="preserve"> </w:t>
      </w:r>
    </w:p>
    <w:p>
      <w:pPr>
        <w:pStyle w:val="Title"/>
        <w:spacing w:before="0" w:after="60" w:line="259" w:lineRule="auto"/>
        <w:pageBreakBefore/>
        <w:snapToGrid w:val="0"/>
      </w:pPr>
      <w:r>
        <w:rPr>
          <w:rFonts w:ascii="UD Digi Kyokasho NP-B" w:hAnsi="UD Digi Kyokasho NP-B" w:eastAsia="UD Digi Kyokasho NP-B" w:cs="UD Digi Kyokasho NP-B"/>
          <w:b/>
          <w:color w:val="000000"/>
          <w:sz w:val="40"/>
          <w:szCs w:val="40"/>
        </w:rPr>
        <w:t>テーマから問いをつくる</w:t>
      </w:r>
    </w:p>
    <w:p>
      <w:pPr>
        <w:spacing w:before="0" w:after="60" w:line="259" w:lineRule="auto"/>
        <w:snapToGrid w:val="0"/>
      </w:pPr>
      <w:r>
        <w:rPr>
          <w:rFonts w:ascii="UD Digi Kyokasho NP-R" w:hAnsi="UD Digi Kyokasho NP-R" w:eastAsia="UD Digi Kyokasho NP-R" w:cs="UD Digi Kyokasho NP-R"/>
          <w:b w:val="0"/>
          <w:color w:val="000000"/>
          <w:sz w:val="21"/>
          <w:szCs w:val="21"/>
        </w:rPr>
        <w:t>テーマを、調べて確かめられる具体的な問いにしよう。</w:t>
      </w:r>
    </w:p>
    <w:p>
      <w:pPr>
        <w:spacing w:before="0" w:after="60" w:line="259" w:lineRule="auto"/>
        <w:snapToGrid w:val="0"/>
      </w:pPr>
      <w:r>
        <w:rPr>
          <w:rFonts w:ascii="UD Digi Kyokasho NP-R" w:hAnsi="UD Digi Kyokasho NP-R" w:eastAsia="UD Digi Kyokasho NP-R" w:cs="UD Digi Kyokasho NP-R"/>
          <w:b w:val="0"/>
          <w:color w:val="000000"/>
          <w:sz w:val="20"/>
          <w:szCs w:val="20"/>
        </w:rPr>
        <w:t xml:space="preserve">年　　　 組　　　 番　　　 名前　　　　　　　　　　　 日付　　　／　　　</w:t>
      </w:r>
    </w:p>
    <w:p>
      <w:pPr>
        <w:spacing w:before="0" w:after="20" w:line="259" w:lineRule="auto"/>
        <w:snapToGrid w:val="0"/>
      </w:pPr>
      <w:r>
        <w:rPr>
          <w:rFonts w:ascii="UD Digi Kyokasho NP-R" w:hAnsi="UD Digi Kyokasho NP-R" w:eastAsia="UD Digi Kyokasho NP-R" w:cs="UD Digi Kyokasho NP-R"/>
          <w:b w:val="0"/>
          <w:color w:val="64748B"/>
          <w:sz w:val="18"/>
          <w:szCs w:val="18"/>
        </w:rPr>
        <w:t xml:space="preserve">前のページで選んだテーマ　　　　　　　　　　　　　　　　</w:t>
      </w:r>
    </w:p>
    <w:p>
      <w:pPr>
        <w:pStyle w:val="Heading2"/>
        <w:spacing w:before="180" w:after="60" w:line="259" w:lineRule="auto"/>
        <w:snapToGrid w:val="0"/>
      </w:pPr>
      <w:r>
        <w:rPr>
          <w:rFonts w:ascii="UD Digi Kyokasho NP-B" w:hAnsi="UD Digi Kyokasho NP-B" w:eastAsia="UD Digi Kyokasho NP-B" w:cs="UD Digi Kyokasho NP-B"/>
          <w:b/>
          <w:color w:val="000000"/>
          <w:sz w:val="26"/>
          <w:szCs w:val="26"/>
        </w:rPr>
        <w:t>04  分かっていることと未確認のことを分ける</w:t>
      </w:r>
    </w:p>
    <w:p>
      <w:pPr>
        <w:spacing w:before="0" w:after="40" w:line="259" w:lineRule="auto"/>
        <w:snapToGrid w:val="0"/>
      </w:pPr>
      <w:r>
        <w:rPr>
          <w:rFonts w:ascii="UD Digi Kyokasho NP-R" w:hAnsi="UD Digi Kyokasho NP-R" w:eastAsia="UD Digi Kyokasho NP-R" w:cs="UD Digi Kyokasho NP-R"/>
          <w:b w:val="0"/>
          <w:color w:val="64748B"/>
          <w:sz w:val="18"/>
          <w:szCs w:val="18"/>
        </w:rPr>
        <w:t>本・記事・観察などで確認したことと、まだ確かめていない予想を分ける。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89"/>
        <w:gridCol w:w="4989"/>
      </w:tblGrid>
      <w:tr>
        <w:trPr>
          <w:tblHeader/>
        </w:trPr>
        <w:tc>
          <w:tcPr>
            <w:tcW w:type="dxa" w:w="4989"/>
            <w:shd w:fill="EFF6FF"/>
            <w:vAlign w:val="top"/>
            <w:tcMar>
              <w:top w:w="100" w:type="dxa"/>
              <w:bottom w:w="100" w:type="dxa"/>
              <w:left w:w="130" w:type="dxa"/>
              <w:right w:w="130" w:type="dxa"/>
            </w:tcMar>
          </w:tcPr>
          <w:p>
            <w:pPr>
              <w:spacing w:after="0" w:line="259" w:lineRule="auto"/>
              <w:snapToGrid w:val="0"/>
            </w:pPr>
            <w:r>
              <w:rPr>
                <w:rFonts w:ascii="UD Digi Kyokasho NP-B" w:hAnsi="UD Digi Kyokasho NP-B" w:eastAsia="UD Digi Kyokasho NP-B" w:cs="UD Digi Kyokasho NP-B"/>
                <w:b/>
                <w:color w:val="000000"/>
                <w:sz w:val="20"/>
                <w:szCs w:val="20"/>
              </w:rPr>
              <w:t>分かっていること と 情報源</w:t>
            </w:r>
          </w:p>
        </w:tc>
        <w:tc>
          <w:tcPr>
            <w:tcW w:type="dxa" w:w="4989"/>
            <w:shd w:fill="EFF6FF"/>
            <w:vAlign w:val="top"/>
            <w:tcMar>
              <w:top w:w="100" w:type="dxa"/>
              <w:bottom w:w="100" w:type="dxa"/>
              <w:left w:w="130" w:type="dxa"/>
              <w:right w:w="130" w:type="dxa"/>
            </w:tcMar>
          </w:tcPr>
          <w:p>
            <w:pPr>
              <w:spacing w:after="0" w:line="259" w:lineRule="auto"/>
              <w:snapToGrid w:val="0"/>
            </w:pPr>
            <w:r>
              <w:rPr>
                <w:rFonts w:ascii="UD Digi Kyokasho NP-B" w:hAnsi="UD Digi Kyokasho NP-B" w:eastAsia="UD Digi Kyokasho NP-B" w:cs="UD Digi Kyokasho NP-B"/>
                <w:b/>
                <w:color w:val="000000"/>
                <w:sz w:val="20"/>
                <w:szCs w:val="20"/>
              </w:rPr>
              <w:t>まだ分からないこと と 自分の予想</w:t>
            </w:r>
          </w:p>
        </w:tc>
      </w:tr>
      <w:tr>
        <w:trPr>
          <w:trHeight w:val="1757"/>
          <w:cantSplit/>
        </w:trPr>
        <w:tc>
          <w:tcPr>
            <w:tcW w:type="dxa" w:w="4989"/>
            <w:vAlign w:val="top"/>
            <w:tcMar>
              <w:top w:w="100" w:type="dxa"/>
              <w:bottom w:w="100" w:type="dxa"/>
              <w:left w:w="130" w:type="dxa"/>
              <w:right w:w="130" w:type="dxa"/>
            </w:tcMar>
          </w:tcPr>
          <w:p>
            <w:pPr>
              <w:spacing w:after="0" w:line="259" w:lineRule="auto"/>
              <w:snapToGrid w:val="0"/>
            </w:pPr>
            <w:r>
              <w:rPr>
                <w:rFonts w:ascii="UD Digi Kyokasho NP-R" w:hAnsi="UD Digi Kyokasho NP-R" w:eastAsia="UD Digi Kyokasho NP-R" w:cs="UD Digi Kyokasho NP-R"/>
                <w:b w:val="0"/>
                <w:color w:val="000000"/>
                <w:sz w:val="20"/>
                <w:szCs w:val="20"/>
              </w:rPr>
            </w:r>
          </w:p>
        </w:tc>
        <w:tc>
          <w:tcPr>
            <w:tcW w:type="dxa" w:w="4989"/>
            <w:vAlign w:val="top"/>
            <w:tcMar>
              <w:top w:w="100" w:type="dxa"/>
              <w:bottom w:w="100" w:type="dxa"/>
              <w:left w:w="130" w:type="dxa"/>
              <w:right w:w="130" w:type="dxa"/>
            </w:tcMar>
          </w:tcPr>
          <w:p>
            <w:pPr>
              <w:spacing w:after="0" w:line="259" w:lineRule="auto"/>
              <w:snapToGrid w:val="0"/>
            </w:pPr>
            <w:r>
              <w:rPr>
                <w:rFonts w:ascii="UD Digi Kyokasho NP-R" w:hAnsi="UD Digi Kyokasho NP-R" w:eastAsia="UD Digi Kyokasho NP-R" w:cs="UD Digi Kyokasho NP-R"/>
                <w:b w:val="0"/>
                <w:color w:val="000000"/>
                <w:sz w:val="20"/>
                <w:szCs w:val="20"/>
              </w:rPr>
            </w:r>
          </w:p>
        </w:tc>
      </w:tr>
    </w:tbl>
    <w:p>
      <w:pPr>
        <w:pStyle w:val="Heading2"/>
        <w:spacing w:before="180" w:after="60" w:line="259" w:lineRule="auto"/>
        <w:snapToGrid w:val="0"/>
      </w:pPr>
      <w:r>
        <w:rPr>
          <w:rFonts w:ascii="UD Digi Kyokasho NP-B" w:hAnsi="UD Digi Kyokasho NP-B" w:eastAsia="UD Digi Kyokasho NP-B" w:cs="UD Digi Kyokasho NP-B"/>
          <w:b/>
          <w:color w:val="000000"/>
          <w:sz w:val="26"/>
          <w:szCs w:val="26"/>
        </w:rPr>
        <w:t>05  調べられる問いにする</w:t>
      </w:r>
    </w:p>
    <w:p>
      <w:pPr>
        <w:spacing w:before="0" w:after="40" w:line="259" w:lineRule="auto"/>
        <w:snapToGrid w:val="0"/>
      </w:pPr>
      <w:r>
        <w:rPr>
          <w:rFonts w:ascii="UD Digi Kyokasho NP-R" w:hAnsi="UD Digi Kyokasho NP-R" w:eastAsia="UD Digi Kyokasho NP-R" w:cs="UD Digi Kyokasho NP-R"/>
          <w:b w:val="0"/>
          <w:color w:val="64748B"/>
          <w:sz w:val="18"/>
          <w:szCs w:val="18"/>
        </w:rPr>
        <w:t>誰・何を、どこで、何と比べるか。大きすぎる問いは範囲を絞る。</w:t>
      </w:r>
    </w:p>
    <w:p>
      <w:pPr>
        <w:spacing w:before="0" w:after="80" w:line="259" w:lineRule="auto"/>
        <w:snapToGrid w:val="0"/>
      </w:pPr>
      <w:r>
        <w:rPr>
          <w:rFonts w:ascii="UD Digi Kyokasho NP-R" w:hAnsi="UD Digi Kyokasho NP-R" w:eastAsia="UD Digi Kyokasho NP-R" w:cs="UD Digi Kyokasho NP-R"/>
          <w:b w:val="0"/>
          <w:color w:val="64748B"/>
          <w:sz w:val="18"/>
          <w:szCs w:val="18"/>
        </w:rPr>
        <w:t>例  学校のごみ → 昼休みの教室のごみは、曜日によって種類や量がどう違うか。</w:t>
      </w:r>
    </w:p>
    <w:p>
      <w:pPr>
        <w:spacing w:before="0" w:after="0" w:line="259" w:lineRule="auto"/>
        <w:snapToGrid w:val="0"/>
      </w:pPr>
      <w:r>
        <w:rPr>
          <w:rFonts w:ascii="UD Digi Kyokasho NP-R" w:hAnsi="UD Digi Kyokasho NP-R" w:eastAsia="UD Digi Kyokasho NP-R" w:cs="UD Digi Kyokasho NP-R"/>
          <w:b w:val="0"/>
          <w:color w:val="000000"/>
          <w:sz w:val="20"/>
          <w:szCs w:val="20"/>
        </w:rPr>
        <w:t>対象・場所・比べることのメモ</w:t>
      </w:r>
    </w:p>
    <w:p>
      <w:pPr>
        <w:spacing w:before="0" w:after="0" w:line="442" w:lineRule="exact"/>
        <w:snapToGrid w:val="0"/>
        <w:pBdr>
          <w:bottom w:val="single" w:sz="4" w:color="D9D9D9" w:space="1"/>
          <w:between w:val="single" w:sz="4" w:color="D9D9D9" w:space="1"/>
        </w:pBdr>
      </w:pPr>
      <w:r>
        <w:rPr>
          <w:rFonts w:ascii="UD Digi Kyokasho NP-R" w:hAnsi="UD Digi Kyokasho NP-R" w:eastAsia="UD Digi Kyokasho NP-R" w:cs="UD Digi Kyokasho NP-R"/>
          <w:b w:val="0"/>
          <w:color w:val="000000"/>
          <w:sz w:val="22"/>
          <w:szCs w:val="22"/>
        </w:rPr>
        <w:t xml:space="preserve"> </w:t>
      </w:r>
    </w:p>
    <w:p>
      <w:pPr>
        <w:spacing w:before="0" w:after="0" w:line="442" w:lineRule="exact"/>
        <w:snapToGrid w:val="0"/>
        <w:pBdr>
          <w:bottom w:val="single" w:sz="4" w:color="D9D9D9" w:space="1"/>
          <w:between w:val="single" w:sz="4" w:color="D9D9D9" w:space="1"/>
        </w:pBdr>
      </w:pPr>
      <w:r>
        <w:rPr>
          <w:rFonts w:ascii="UD Digi Kyokasho NP-R" w:hAnsi="UD Digi Kyokasho NP-R" w:eastAsia="UD Digi Kyokasho NP-R" w:cs="UD Digi Kyokasho NP-R"/>
          <w:b w:val="0"/>
          <w:color w:val="000000"/>
          <w:sz w:val="22"/>
          <w:szCs w:val="22"/>
        </w:rPr>
        <w:t xml:space="preserve"> </w:t>
      </w:r>
    </w:p>
    <w:p>
      <w:pPr>
        <w:spacing w:before="140" w:after="0" w:line="259" w:lineRule="auto"/>
        <w:snapToGrid w:val="0"/>
      </w:pPr>
      <w:r>
        <w:rPr>
          <w:rFonts w:ascii="UD Digi Kyokasho NP-B" w:hAnsi="UD Digi Kyokasho NP-B" w:eastAsia="UD Digi Kyokasho NP-B" w:cs="UD Digi Kyokasho NP-B"/>
          <w:b/>
          <w:color w:val="000000"/>
          <w:sz w:val="22"/>
          <w:szCs w:val="22"/>
        </w:rPr>
        <w:t>自分が調べたい問い</w:t>
      </w:r>
    </w:p>
    <w:p>
      <w:pPr>
        <w:spacing w:before="0" w:after="0" w:line="442" w:lineRule="exact"/>
        <w:snapToGrid w:val="0"/>
        <w:pBdr>
          <w:bottom w:val="single" w:sz="4" w:color="D9D9D9" w:space="1"/>
          <w:between w:val="single" w:sz="4" w:color="D9D9D9" w:space="1"/>
        </w:pBdr>
      </w:pPr>
      <w:r>
        <w:rPr>
          <w:rFonts w:ascii="UD Digi Kyokasho NP-R" w:hAnsi="UD Digi Kyokasho NP-R" w:eastAsia="UD Digi Kyokasho NP-R" w:cs="UD Digi Kyokasho NP-R"/>
          <w:b w:val="0"/>
          <w:color w:val="000000"/>
          <w:sz w:val="22"/>
          <w:szCs w:val="22"/>
        </w:rPr>
        <w:t xml:space="preserve"> </w:t>
      </w:r>
    </w:p>
    <w:p>
      <w:pPr>
        <w:spacing w:before="0" w:after="0" w:line="442" w:lineRule="exact"/>
        <w:snapToGrid w:val="0"/>
        <w:pBdr>
          <w:bottom w:val="single" w:sz="4" w:color="D9D9D9" w:space="1"/>
          <w:between w:val="single" w:sz="4" w:color="D9D9D9" w:space="1"/>
        </w:pBdr>
      </w:pPr>
      <w:r>
        <w:rPr>
          <w:rFonts w:ascii="UD Digi Kyokasho NP-R" w:hAnsi="UD Digi Kyokasho NP-R" w:eastAsia="UD Digi Kyokasho NP-R" w:cs="UD Digi Kyokasho NP-R"/>
          <w:b w:val="0"/>
          <w:color w:val="000000"/>
          <w:sz w:val="22"/>
          <w:szCs w:val="22"/>
        </w:rPr>
        <w:t xml:space="preserve"> </w:t>
      </w:r>
    </w:p>
    <w:p>
      <w:pPr>
        <w:pStyle w:val="Heading2"/>
        <w:spacing w:before="180" w:after="60" w:line="259" w:lineRule="auto"/>
        <w:snapToGrid w:val="0"/>
      </w:pPr>
      <w:r>
        <w:rPr>
          <w:rFonts w:ascii="UD Digi Kyokasho NP-B" w:hAnsi="UD Digi Kyokasho NP-B" w:eastAsia="UD Digi Kyokasho NP-B" w:cs="UD Digi Kyokasho NP-B"/>
          <w:b/>
          <w:color w:val="000000"/>
          <w:sz w:val="26"/>
          <w:szCs w:val="26"/>
        </w:rPr>
        <w:t>06  問いを見直して決める</w:t>
      </w:r>
    </w:p>
    <w:p>
      <w:pPr>
        <w:spacing w:before="0" w:after="40" w:line="259" w:lineRule="auto"/>
        <w:snapToGrid w:val="0"/>
      </w:pPr>
      <w:r>
        <w:rPr>
          <w:rFonts w:ascii="UD Digi Kyokasho NP-R" w:hAnsi="UD Digi Kyokasho NP-R" w:eastAsia="UD Digi Kyokasho NP-R" w:cs="UD Digi Kyokasho NP-R"/>
          <w:b w:val="0"/>
          <w:color w:val="64748B"/>
          <w:sz w:val="18"/>
          <w:szCs w:val="18"/>
        </w:rPr>
        <w:t>友達や先生と話してから、必要なら問いを書き直す。</w:t>
      </w:r>
    </w:p>
    <w:p>
      <w:pPr>
        <w:spacing w:before="0" w:after="0" w:line="259" w:lineRule="auto"/>
        <w:snapToGrid w:val="0"/>
      </w:pPr>
      <w:r>
        <w:rPr>
          <w:rFonts w:ascii="UD Digi Kyokasho NP-R" w:hAnsi="UD Digi Kyokasho NP-R" w:eastAsia="UD Digi Kyokasho NP-R" w:cs="UD Digi Kyokasho NP-R"/>
          <w:b w:val="0"/>
          <w:color w:val="000000"/>
          <w:sz w:val="20"/>
          <w:szCs w:val="20"/>
        </w:rPr>
        <w:t>□ 調べる対象が具体的   □ 授業の期間内に調べられそう</w:t>
      </w:r>
    </w:p>
    <w:p>
      <w:pPr>
        <w:spacing w:before="0" w:after="80" w:line="259" w:lineRule="auto"/>
        <w:snapToGrid w:val="0"/>
      </w:pPr>
      <w:r>
        <w:rPr>
          <w:rFonts w:ascii="UD Digi Kyokasho NP-R" w:hAnsi="UD Digi Kyokasho NP-R" w:eastAsia="UD Digi Kyokasho NP-R" w:cs="UD Digi Kyokasho NP-R"/>
          <w:b w:val="0"/>
          <w:color w:val="000000"/>
          <w:sz w:val="20"/>
          <w:szCs w:val="20"/>
        </w:rPr>
        <w:t>□ 集めた情報や実験・観察の結果を使って、答えを考えられそう</w:t>
      </w:r>
    </w:p>
    <w:p>
      <w:pPr>
        <w:spacing w:before="0" w:after="0" w:line="259" w:lineRule="auto"/>
        <w:snapToGrid w:val="0"/>
      </w:pPr>
      <w:r>
        <w:rPr>
          <w:rFonts w:ascii="UD Digi Kyokasho NP-R" w:hAnsi="UD Digi Kyokasho NP-R" w:eastAsia="UD Digi Kyokasho NP-R" w:cs="UD Digi Kyokasho NP-R"/>
          <w:b w:val="0"/>
          <w:color w:val="000000"/>
          <w:sz w:val="20"/>
          <w:szCs w:val="20"/>
        </w:rPr>
        <w:t>もらった助言・気づいたこと</w:t>
      </w:r>
    </w:p>
    <w:p>
      <w:pPr>
        <w:spacing w:before="0" w:after="0" w:line="442" w:lineRule="exact"/>
        <w:snapToGrid w:val="0"/>
        <w:pBdr>
          <w:bottom w:val="single" w:sz="4" w:color="D9D9D9" w:space="1"/>
          <w:between w:val="single" w:sz="4" w:color="D9D9D9" w:space="1"/>
        </w:pBdr>
      </w:pPr>
      <w:r>
        <w:rPr>
          <w:rFonts w:ascii="UD Digi Kyokasho NP-R" w:hAnsi="UD Digi Kyokasho NP-R" w:eastAsia="UD Digi Kyokasho NP-R" w:cs="UD Digi Kyokasho NP-R"/>
          <w:b w:val="0"/>
          <w:color w:val="000000"/>
          <w:sz w:val="22"/>
          <w:szCs w:val="22"/>
        </w:rPr>
        <w:t xml:space="preserve"> </w:t>
      </w:r>
    </w:p>
    <w:p>
      <w:pPr>
        <w:spacing w:before="140" w:after="0" w:line="259" w:lineRule="auto"/>
        <w:snapToGrid w:val="0"/>
      </w:pPr>
      <w:r>
        <w:rPr>
          <w:rFonts w:ascii="UD Digi Kyokasho NP-B" w:hAnsi="UD Digi Kyokasho NP-B" w:eastAsia="UD Digi Kyokasho NP-B" w:cs="UD Digi Kyokasho NP-B"/>
          <w:b/>
          <w:color w:val="000000"/>
          <w:sz w:val="22"/>
          <w:szCs w:val="22"/>
        </w:rPr>
        <w:t>決めた問い  この問いを探究計画の01に写す</w:t>
      </w:r>
    </w:p>
    <w:p>
      <w:pPr>
        <w:spacing w:before="0" w:after="0" w:line="442" w:lineRule="exact"/>
        <w:snapToGrid w:val="0"/>
        <w:pBdr>
          <w:bottom w:val="single" w:sz="4" w:color="D9D9D9" w:space="1"/>
          <w:between w:val="single" w:sz="4" w:color="D9D9D9" w:space="1"/>
        </w:pBdr>
      </w:pPr>
      <w:r>
        <w:rPr>
          <w:rFonts w:ascii="UD Digi Kyokasho NP-R" w:hAnsi="UD Digi Kyokasho NP-R" w:eastAsia="UD Digi Kyokasho NP-R" w:cs="UD Digi Kyokasho NP-R"/>
          <w:b w:val="0"/>
          <w:color w:val="000000"/>
          <w:sz w:val="22"/>
          <w:szCs w:val="22"/>
        </w:rPr>
        <w:t xml:space="preserve"> </w:t>
      </w:r>
    </w:p>
    <w:p>
      <w:pPr>
        <w:spacing w:before="0" w:after="0" w:line="442" w:lineRule="exact"/>
        <w:snapToGrid w:val="0"/>
        <w:pBdr>
          <w:bottom w:val="single" w:sz="4" w:color="D9D9D9" w:space="1"/>
          <w:between w:val="single" w:sz="4" w:color="D9D9D9" w:space="1"/>
        </w:pBdr>
      </w:pPr>
      <w:r>
        <w:rPr>
          <w:rFonts w:ascii="UD Digi Kyokasho NP-R" w:hAnsi="UD Digi Kyokasho NP-R" w:eastAsia="UD Digi Kyokasho NP-R" w:cs="UD Digi Kyokasho NP-R"/>
          <w:b w:val="0"/>
          <w:color w:val="000000"/>
          <w:sz w:val="22"/>
          <w:szCs w:val="22"/>
        </w:rPr>
        <w:t xml:space="preserve">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794" w:right="964" w:bottom="794" w:left="964" w:header="340" w:footer="39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UD Digi Kyokasho NP-R" w:hAnsi="UD Digi Kyokasho NP-R" w:eastAsia="UD Digi Kyokasho NP-R" w:cs="UD Digi Kyokasho NP-R"/>
        <w:b w:val="0"/>
        <w:color w:val="64748B"/>
        <w:sz w:val="16"/>
        <w:szCs w:val="16"/>
      </w:rPr>
      <w:t xml:space="preserve">Study Valley  |  </w:t>
    </w:r>
    <w:fldSimple w:instr="PAGE"/>
    <w:r>
      <w:rPr>
        <w:rFonts w:ascii="UD Digi Kyokasho NP-R" w:hAnsi="UD Digi Kyokasho NP-R" w:eastAsia="UD Digi Kyokasho NP-R" w:cs="UD Digi Kyokasho NP-R"/>
        <w:b w:val="0"/>
        <w:color w:val="64748B"/>
        <w:sz w:val="16"/>
        <w:szCs w:val="16"/>
      </w:rPr>
      <w:t xml:space="preserve"> / 2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rPr>
        <w:rFonts w:ascii="UD Digi Kyokasho NP-R" w:hAnsi="UD Digi Kyokasho NP-R" w:eastAsia="UD Digi Kyokasho NP-R" w:cs="UD Digi Kyokasho NP-R"/>
        <w:b w:val="0"/>
        <w:color w:val="000000"/>
        <w:sz w:val="16"/>
        <w:szCs w:val="16"/>
      </w:rPr>
      <w:t>探究ポータル   /   テーマ設定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UD Digi Kyokasho NP-R" w:hAnsi="UD Digi Kyokasho NP-R" w:eastAsia="UD Digi Kyokasho NP-R" w:cs="UD Digi Kyokasho NP-R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UD Digi Kyokasho NP-R" w:hAnsi="UD Digi Kyokasho NP-R" w:eastAsia="UD Digi Kyokasho NP-R" w:cs="UD Digi Kyokasho NP-R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UD Digi Kyokasho NP-R" w:hAnsi="UD Digi Kyokasho NP-R" w:eastAsia="UD Digi Kyokasho NP-R" w:cs="UD Digi Kyokasho NP-R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UD Digi Kyokasho NP-R" w:hAnsi="UD Digi Kyokasho NP-R" w:eastAsia="UD Digi Kyokasho NP-R" w:cs="UD Digi Kyokasho NP-R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UD Digi Kyokasho NP-R" w:hAnsi="UD Digi Kyokasho NP-R" w:eastAsia="UD Digi Kyokasho NP-R" w:cs="UD Digi Kyokasho NP-R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UD Digi Kyokasho NP-R" w:hAnsi="UD Digi Kyokasho NP-R" w:eastAsia="UD Digi Kyokasho NP-R" w:cs="UD Digi Kyokasho NP-R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UD Digi Kyokasho NP-B" w:hAnsi="UD Digi Kyokasho NP-B" w:eastAsia="UD Digi Kyokasho NP-B" w:cs="UD Digi Kyokasho NP-B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UD Digi Kyokasho NP-B" w:hAnsi="UD Digi Kyokasho NP-B" w:eastAsia="UD Digi Kyokasho NP-B" w:cs="UD Digi Kyokasho NP-B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UD Digi Kyokasho NP-B" w:hAnsi="UD Digi Kyokasho NP-B" w:eastAsia="UD Digi Kyokasho NP-B" w:cs="UD Digi Kyokasho NP-B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UD Digi Kyokasho NP-B" w:hAnsi="UD Digi Kyokasho NP-B" w:eastAsia="UD Digi Kyokasho NP-B" w:cs="UD Digi Kyokasho NP-B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UD Digi Kyokasho NP-R" w:hAnsi="UD Digi Kyokasho NP-R" w:eastAsia="UD Digi Kyokasho NP-R" w:cs="UD Digi Kyokasho NP-R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UD Digi Kyokasho NP-R" w:hAnsi="UD Digi Kyokasho NP-R" w:eastAsia="UD Digi Kyokasho NP-R" w:cs="UD Digi Kyokasho NP-R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UD Digi Kyokasho NP-R" w:hAnsi="UD Digi Kyokasho NP-R" w:eastAsia="UD Digi Kyokasho NP-R" w:cs="UD Digi Kyokasho NP-R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UD Digi Kyokasho NP-R" w:hAnsi="UD Digi Kyokasho NP-R" w:eastAsia="UD Digi Kyokasho NP-R" w:cs="UD Digi Kyokasho NP-R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UD Digi Kyokasho NP-R" w:hAnsi="UD Digi Kyokasho NP-R" w:eastAsia="UD Digi Kyokasho NP-R" w:cs="UD Digi Kyokasho NP-R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UD Digi Kyokasho NP-B" w:hAnsi="UD Digi Kyokasho NP-B" w:eastAsia="UD Digi Kyokasho NP-B" w:cs="UD Digi Kyokasho NP-B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UD Digi Kyokasho NP-B" w:hAnsi="UD Digi Kyokasho NP-B" w:eastAsia="UD Digi Kyokasho NP-B" w:cs="UD Digi Kyokasho NP-B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UD Digi Kyokasho NP-B" w:hAnsi="UD Digi Kyokasho NP-B" w:eastAsia="UD Digi Kyokasho NP-B" w:cs="UD Digi Kyokasho NP-B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UD Digi Kyokasho NP-R" w:hAnsi="UD Digi Kyokasho NP-R" w:eastAsia="UD Digi Kyokasho NP-R" w:cs="UD Digi Kyokasho NP-R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UD Digi Kyokasho NP-R" w:hAnsi="UD Digi Kyokasho NP-R" w:eastAsia="UD Digi Kyokasho NP-R" w:cs="UD Digi Kyokasho NP-R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UD Digi Kyokasho NP-R" w:hAnsi="UD Digi Kyokasho NP-R" w:eastAsia="UD Digi Kyokasho NP-R" w:cs="UD Digi Kyokasho NP-R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UD Digi Kyokasho NP-R" w:hAnsi="UD Digi Kyokasho NP-R" w:eastAsia="UD Digi Kyokasho NP-R" w:cs="UD Digi Kyokasho NP-R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UD Digi Kyokasho NP-R" w:hAnsi="UD Digi Kyokasho NP-R" w:eastAsia="UD Digi Kyokasho NP-R" w:cs="UD Digi Kyokasho NP-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UD Digi Kyokasho NP-R" w:hAnsi="UD Digi Kyokasho NP-R" w:eastAsia="UD Digi Kyokasho NP-R" w:cs="UD Digi Kyokasho NP-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UD Digi Kyokasho NP-B" w:hAnsi="UD Digi Kyokasho NP-B" w:eastAsia="UD Digi Kyokasho NP-B" w:cs="UD Digi Kyokasho NP-B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UD Digi Kyokasho NP-R" w:hAnsi="UD Digi Kyokasho NP-R" w:eastAsia="UD Digi Kyokasho NP-R" w:cs="UD Digi Kyokasho NP-R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UD Digi Kyokasho NP-R" w:hAnsi="UD Digi Kyokasho NP-R" w:eastAsia="UD Digi Kyokasho NP-R" w:cs="UD Digi Kyokasho NP-R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UD Digi Kyokasho NP-R" w:hAnsi="UD Digi Kyokasho NP-R" w:eastAsia="UD Digi Kyokasho NP-R" w:cs="UD Digi Kyokasho NP-R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UD Digi Kyokasho NP-R" w:hAnsi="UD Digi Kyokasho NP-R" w:eastAsia="UD Digi Kyokasho NP-R" w:cs="UD Digi Kyokasho NP-R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UD Digi Kyokasho NP-R" w:hAnsi="UD Digi Kyokasho NP-R" w:eastAsia="UD Digi Kyokasho NP-R" w:cs="UD Digi Kyokasho NP-R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UD Digi Kyokasho NP-B" w:hAnsi="UD Digi Kyokasho NP-B" w:eastAsia="UD Digi Kyokasho NP-B" w:cs="UD Digi Kyokasho NP-B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UD Digi Kyokasho NP-B" w:hAnsi="UD Digi Kyokasho NP-B" w:eastAsia="UD Digi Kyokasho NP-B" w:cs="UD Digi Kyokasho NP-B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UD Digi Kyokasho NP-B" w:hAnsi="UD Digi Kyokasho NP-B" w:eastAsia="UD Digi Kyokasho NP-B" w:cs="UD Digi Kyokasho NP-B"/>
        <w:b/>
        <w:bCs/>
      </w:rPr>
    </w:tblStylePr>
    <w:tblStylePr w:type="lastCol">
      <w:rPr>
        <w:rFonts w:ascii="UD Digi Kyokasho NP-B" w:hAnsi="UD Digi Kyokasho NP-B" w:eastAsia="UD Digi Kyokasho NP-B" w:cs="UD Digi Kyokasho NP-B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UD Digi Kyokasho NP-B" w:hAnsi="UD Digi Kyokasho NP-B" w:eastAsia="UD Digi Kyokasho NP-B" w:cs="UD Digi Kyokasho NP-B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UD Digi Kyokasho NP-B" w:hAnsi="UD Digi Kyokasho NP-B" w:eastAsia="UD Digi Kyokasho NP-B" w:cs="UD Digi Kyokasho NP-B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UD Digi Kyokasho NP-B" w:hAnsi="UD Digi Kyokasho NP-B" w:eastAsia="UD Digi Kyokasho NP-B" w:cs="UD Digi Kyokasho NP-B"/>
        <w:b/>
        <w:bCs/>
      </w:rPr>
    </w:tblStylePr>
    <w:tblStylePr w:type="lastCol">
      <w:rPr>
        <w:rFonts w:ascii="UD Digi Kyokasho NP-B" w:hAnsi="UD Digi Kyokasho NP-B" w:eastAsia="UD Digi Kyokasho NP-B" w:cs="UD Digi Kyokasho NP-B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UD Digi Kyokasho NP-B" w:hAnsi="UD Digi Kyokasho NP-B" w:eastAsia="UD Digi Kyokasho NP-B" w:cs="UD Digi Kyokasho NP-B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UD Digi Kyokasho NP-B" w:hAnsi="UD Digi Kyokasho NP-B" w:eastAsia="UD Digi Kyokasho NP-B" w:cs="UD Digi Kyokasho NP-B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UD Digi Kyokasho NP-B" w:hAnsi="UD Digi Kyokasho NP-B" w:eastAsia="UD Digi Kyokasho NP-B" w:cs="UD Digi Kyokasho NP-B"/>
        <w:b/>
        <w:bCs/>
      </w:rPr>
    </w:tblStylePr>
    <w:tblStylePr w:type="lastCol">
      <w:rPr>
        <w:rFonts w:ascii="UD Digi Kyokasho NP-B" w:hAnsi="UD Digi Kyokasho NP-B" w:eastAsia="UD Digi Kyokasho NP-B" w:cs="UD Digi Kyokasho NP-B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UD Digi Kyokasho NP-B" w:hAnsi="UD Digi Kyokasho NP-B" w:eastAsia="UD Digi Kyokasho NP-B" w:cs="UD Digi Kyokasho NP-B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UD Digi Kyokasho NP-B" w:hAnsi="UD Digi Kyokasho NP-B" w:eastAsia="UD Digi Kyokasho NP-B" w:cs="UD Digi Kyokasho NP-B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UD Digi Kyokasho NP-B" w:hAnsi="UD Digi Kyokasho NP-B" w:eastAsia="UD Digi Kyokasho NP-B" w:cs="UD Digi Kyokasho NP-B"/>
        <w:b/>
        <w:bCs/>
      </w:rPr>
    </w:tblStylePr>
    <w:tblStylePr w:type="lastCol">
      <w:rPr>
        <w:rFonts w:ascii="UD Digi Kyokasho NP-B" w:hAnsi="UD Digi Kyokasho NP-B" w:eastAsia="UD Digi Kyokasho NP-B" w:cs="UD Digi Kyokasho NP-B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UD Digi Kyokasho NP-B" w:hAnsi="UD Digi Kyokasho NP-B" w:eastAsia="UD Digi Kyokasho NP-B" w:cs="UD Digi Kyokasho NP-B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UD Digi Kyokasho NP-B" w:hAnsi="UD Digi Kyokasho NP-B" w:eastAsia="UD Digi Kyokasho NP-B" w:cs="UD Digi Kyokasho NP-B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UD Digi Kyokasho NP-B" w:hAnsi="UD Digi Kyokasho NP-B" w:eastAsia="UD Digi Kyokasho NP-B" w:cs="UD Digi Kyokasho NP-B"/>
        <w:b/>
        <w:bCs/>
      </w:rPr>
    </w:tblStylePr>
    <w:tblStylePr w:type="lastCol">
      <w:rPr>
        <w:rFonts w:ascii="UD Digi Kyokasho NP-B" w:hAnsi="UD Digi Kyokasho NP-B" w:eastAsia="UD Digi Kyokasho NP-B" w:cs="UD Digi Kyokasho NP-B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UD Digi Kyokasho NP-B" w:hAnsi="UD Digi Kyokasho NP-B" w:eastAsia="UD Digi Kyokasho NP-B" w:cs="UD Digi Kyokasho NP-B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UD Digi Kyokasho NP-B" w:hAnsi="UD Digi Kyokasho NP-B" w:eastAsia="UD Digi Kyokasho NP-B" w:cs="UD Digi Kyokasho NP-B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UD Digi Kyokasho NP-B" w:hAnsi="UD Digi Kyokasho NP-B" w:eastAsia="UD Digi Kyokasho NP-B" w:cs="UD Digi Kyokasho NP-B"/>
        <w:b/>
        <w:bCs/>
      </w:rPr>
    </w:tblStylePr>
    <w:tblStylePr w:type="lastCol">
      <w:rPr>
        <w:rFonts w:ascii="UD Digi Kyokasho NP-B" w:hAnsi="UD Digi Kyokasho NP-B" w:eastAsia="UD Digi Kyokasho NP-B" w:cs="UD Digi Kyokasho NP-B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UD Digi Kyokasho NP-B" w:hAnsi="UD Digi Kyokasho NP-B" w:eastAsia="UD Digi Kyokasho NP-B" w:cs="UD Digi Kyokasho NP-B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UD Digi Kyokasho NP-B" w:hAnsi="UD Digi Kyokasho NP-B" w:eastAsia="UD Digi Kyokasho NP-B" w:cs="UD Digi Kyokasho NP-B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UD Digi Kyokasho NP-B" w:hAnsi="UD Digi Kyokasho NP-B" w:eastAsia="UD Digi Kyokasho NP-B" w:cs="UD Digi Kyokasho NP-B"/>
        <w:b/>
        <w:bCs/>
      </w:rPr>
    </w:tblStylePr>
    <w:tblStylePr w:type="lastCol">
      <w:rPr>
        <w:rFonts w:ascii="UD Digi Kyokasho NP-B" w:hAnsi="UD Digi Kyokasho NP-B" w:eastAsia="UD Digi Kyokasho NP-B" w:cs="UD Digi Kyokasho NP-B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UD Digi Kyokasho NP-R" w:hAnsi="UD Digi Kyokasho NP-R" w:eastAsia="UD Digi Kyokasho NP-R" w:cs="UD Digi Kyokasho NP-R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UD Digi Kyokasho NP-R" w:hAnsi="UD Digi Kyokasho NP-R" w:eastAsia="UD Digi Kyokasho NP-R" w:cs="UD Digi Kyokasho NP-R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UD Digi Kyokasho NP-R" w:hAnsi="UD Digi Kyokasho NP-R" w:eastAsia="UD Digi Kyokasho NP-R" w:cs="UD Digi Kyokasho NP-R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UD Digi Kyokasho NP-R" w:hAnsi="UD Digi Kyokasho NP-R" w:eastAsia="UD Digi Kyokasho NP-R" w:cs="UD Digi Kyokasho NP-R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UD Digi Kyokasho NP-R" w:hAnsi="UD Digi Kyokasho NP-R" w:eastAsia="UD Digi Kyokasho NP-R" w:cs="UD Digi Kyokasho NP-R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UD Digi Kyokasho NP-R" w:hAnsi="UD Digi Kyokasho NP-R" w:eastAsia="UD Digi Kyokasho NP-R" w:cs="UD Digi Kyokasho NP-R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UD Digi Kyokasho NP-R" w:hAnsi="UD Digi Kyokasho NP-R" w:eastAsia="UD Digi Kyokasho NP-R" w:cs="UD Digi Kyokasho NP-R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UD Digi Kyokasho NP-R" w:hAnsi="UD Digi Kyokasho NP-R" w:eastAsia="UD Digi Kyokasho NP-R" w:cs="UD Digi Kyokasho NP-R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UD Digi Kyokasho NP-R" w:hAnsi="UD Digi Kyokasho NP-R" w:eastAsia="UD Digi Kyokasho NP-R" w:cs="UD Digi Kyokasho NP-R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UD Digi Kyokasho NP-R" w:hAnsi="UD Digi Kyokasho NP-R" w:eastAsia="UD Digi Kyokasho NP-R" w:cs="UD Digi Kyokasho NP-R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UD Digi Kyokasho NP-R" w:hAnsi="UD Digi Kyokasho NP-R" w:eastAsia="UD Digi Kyokasho NP-R" w:cs="UD Digi Kyokasho NP-R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UD Digi Kyokasho NP-R" w:hAnsi="UD Digi Kyokasho NP-R" w:eastAsia="UD Digi Kyokasho NP-R" w:cs="UD Digi Kyokasho NP-R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UD Digi Kyokasho NP-R" w:hAnsi="UD Digi Kyokasho NP-R" w:eastAsia="UD Digi Kyokasho NP-R" w:cs="UD Digi Kyokasho NP-R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UD Digi Kyokasho NP-R" w:hAnsi="UD Digi Kyokasho NP-R" w:eastAsia="UD Digi Kyokasho NP-R" w:cs="UD Digi Kyokasho NP-R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UD Digi Kyokasho NP-R" w:hAnsi="UD Digi Kyokasho NP-R" w:eastAsia="UD Digi Kyokasho NP-R" w:cs="UD Digi Kyokasho NP-R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UD Digi Kyokasho NP-R" w:hAnsi="UD Digi Kyokasho NP-R" w:eastAsia="UD Digi Kyokasho NP-R" w:cs="UD Digi Kyokasho NP-R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UD Digi Kyokasho NP-R" w:hAnsi="UD Digi Kyokasho NP-R" w:eastAsia="UD Digi Kyokasho NP-R" w:cs="UD Digi Kyokasho NP-R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UD Digi Kyokasho NP-R" w:hAnsi="UD Digi Kyokasho NP-R" w:eastAsia="UD Digi Kyokasho NP-R" w:cs="UD Digi Kyokasho NP-R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UD Digi Kyokasho NP-R" w:hAnsi="UD Digi Kyokasho NP-R" w:eastAsia="UD Digi Kyokasho NP-R" w:cs="UD Digi Kyokasho NP-R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UD Digi Kyokasho NP-R" w:hAnsi="UD Digi Kyokasho NP-R" w:eastAsia="UD Digi Kyokasho NP-R" w:cs="UD Digi Kyokasho NP-R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UD Digi Kyokasho NP-R" w:hAnsi="UD Digi Kyokasho NP-R" w:eastAsia="UD Digi Kyokasho NP-R" w:cs="UD Digi Kyokasho NP-R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UD Digi Kyokasho NP-R" w:hAnsi="UD Digi Kyokasho NP-R" w:eastAsia="UD Digi Kyokasho NP-R" w:cs="UD Digi Kyokasho NP-R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UD Digi Kyokasho NP-B" w:hAnsi="UD Digi Kyokasho NP-B" w:eastAsia="UD Digi Kyokasho NP-B" w:cs="UD Digi Kyokasho NP-B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UD Digi Kyokasho NP-B" w:hAnsi="UD Digi Kyokasho NP-B" w:eastAsia="UD Digi Kyokasho NP-B" w:cs="UD Digi Kyokasho NP-B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UD Digi Kyokasho NP-B" w:hAnsi="UD Digi Kyokasho NP-B" w:eastAsia="UD Digi Kyokasho NP-B" w:cs="UD Digi Kyokasho NP-B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UD Digi Kyokasho NP-B" w:hAnsi="UD Digi Kyokasho NP-B" w:eastAsia="UD Digi Kyokasho NP-B" w:cs="UD Digi Kyokasho NP-B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UD Digi Kyokasho NP-R" w:hAnsi="UD Digi Kyokasho NP-R" w:eastAsia="UD Digi Kyokasho NP-R" w:cs="UD Digi Kyokasho NP-R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UD Digi Kyokasho NP-R" w:hAnsi="UD Digi Kyokasho NP-R" w:eastAsia="UD Digi Kyokasho NP-R" w:cs="UD Digi Kyokasho NP-R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UD Digi Kyokasho NP-R" w:hAnsi="UD Digi Kyokasho NP-R" w:eastAsia="UD Digi Kyokasho NP-R" w:cs="UD Digi Kyokasho NP-R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UD Digi Kyokasho NP-R" w:hAnsi="UD Digi Kyokasho NP-R" w:eastAsia="UD Digi Kyokasho NP-R" w:cs="UD Digi Kyokasho NP-R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UD Digi Kyokasho NP-R" w:hAnsi="UD Digi Kyokasho NP-R" w:eastAsia="UD Digi Kyokasho NP-R" w:cs="UD Digi Kyokasho NP-R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UD Digi Kyokasho NP-B" w:hAnsi="UD Digi Kyokasho NP-B" w:eastAsia="UD Digi Kyokasho NP-B" w:cs="UD Digi Kyokasho NP-B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UD Digi Kyokasho NP-B" w:hAnsi="UD Digi Kyokasho NP-B" w:eastAsia="UD Digi Kyokasho NP-B" w:cs="UD Digi Kyokasho NP-B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UD Digi Kyokasho NP-B" w:hAnsi="UD Digi Kyokasho NP-B" w:eastAsia="UD Digi Kyokasho NP-B" w:cs="UD Digi Kyokasho NP-B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UD Digi Kyokasho NP-R" w:hAnsi="UD Digi Kyokasho NP-R" w:eastAsia="UD Digi Kyokasho NP-R" w:cs="UD Digi Kyokasho NP-R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UD Digi Kyokasho NP-R" w:hAnsi="UD Digi Kyokasho NP-R" w:eastAsia="UD Digi Kyokasho NP-R" w:cs="UD Digi Kyokasho NP-R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UD Digi Kyokasho NP-R" w:hAnsi="UD Digi Kyokasho NP-R" w:eastAsia="UD Digi Kyokasho NP-R" w:cs="UD Digi Kyokasho NP-R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UD Digi Kyokasho NP-R" w:hAnsi="UD Digi Kyokasho NP-R" w:eastAsia="UD Digi Kyokasho NP-R" w:cs="UD Digi Kyokasho NP-R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UD Digi Kyokasho NP-R" w:hAnsi="UD Digi Kyokasho NP-R" w:eastAsia="UD Digi Kyokasho NP-R" w:cs="UD Digi Kyokasho NP-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UD Digi Kyokasho NP-R" w:hAnsi="UD Digi Kyokasho NP-R" w:eastAsia="UD Digi Kyokasho NP-R" w:cs="UD Digi Kyokasho NP-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UD Digi Kyokasho NP-B" w:hAnsi="UD Digi Kyokasho NP-B" w:eastAsia="UD Digi Kyokasho NP-B" w:cs="UD Digi Kyokasho NP-B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UD Digi Kyokasho NP-R" w:hAnsi="UD Digi Kyokasho NP-R" w:eastAsia="UD Digi Kyokasho NP-R" w:cs="UD Digi Kyokasho NP-R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UD Digi Kyokasho NP-R" w:hAnsi="UD Digi Kyokasho NP-R" w:eastAsia="UD Digi Kyokasho NP-R" w:cs="UD Digi Kyokasho NP-R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UD Digi Kyokasho NP-R" w:hAnsi="UD Digi Kyokasho NP-R" w:eastAsia="UD Digi Kyokasho NP-R" w:cs="UD Digi Kyokasho NP-R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UD Digi Kyokasho NP-R" w:hAnsi="UD Digi Kyokasho NP-R" w:eastAsia="UD Digi Kyokasho NP-R" w:cs="UD Digi Kyokasho NP-R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UD Digi Kyokasho NP-R" w:hAnsi="UD Digi Kyokasho NP-R" w:eastAsia="UD Digi Kyokasho NP-R" w:cs="UD Digi Kyokasho NP-R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UD Digi Kyokasho NP-B" w:hAnsi="UD Digi Kyokasho NP-B" w:eastAsia="UD Digi Kyokasho NP-B" w:cs="UD Digi Kyokasho NP-B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UD Digi Kyokasho NP-B" w:hAnsi="UD Digi Kyokasho NP-B" w:eastAsia="UD Digi Kyokasho NP-B" w:cs="UD Digi Kyokasho NP-B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UD Digi Kyokasho NP-B" w:hAnsi="UD Digi Kyokasho NP-B" w:eastAsia="UD Digi Kyokasho NP-B" w:cs="UD Digi Kyokasho NP-B"/>
        <w:b/>
        <w:bCs/>
      </w:rPr>
    </w:tblStylePr>
    <w:tblStylePr w:type="lastCol">
      <w:rPr>
        <w:rFonts w:ascii="UD Digi Kyokasho NP-B" w:hAnsi="UD Digi Kyokasho NP-B" w:eastAsia="UD Digi Kyokasho NP-B" w:cs="UD Digi Kyokasho NP-B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UD Digi Kyokasho NP-B" w:hAnsi="UD Digi Kyokasho NP-B" w:eastAsia="UD Digi Kyokasho NP-B" w:cs="UD Digi Kyokasho NP-B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UD Digi Kyokasho NP-B" w:hAnsi="UD Digi Kyokasho NP-B" w:eastAsia="UD Digi Kyokasho NP-B" w:cs="UD Digi Kyokasho NP-B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UD Digi Kyokasho NP-B" w:hAnsi="UD Digi Kyokasho NP-B" w:eastAsia="UD Digi Kyokasho NP-B" w:cs="UD Digi Kyokasho NP-B"/>
        <w:b/>
        <w:bCs/>
      </w:rPr>
    </w:tblStylePr>
    <w:tblStylePr w:type="lastCol">
      <w:rPr>
        <w:rFonts w:ascii="UD Digi Kyokasho NP-B" w:hAnsi="UD Digi Kyokasho NP-B" w:eastAsia="UD Digi Kyokasho NP-B" w:cs="UD Digi Kyokasho NP-B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UD Digi Kyokasho NP-B" w:hAnsi="UD Digi Kyokasho NP-B" w:eastAsia="UD Digi Kyokasho NP-B" w:cs="UD Digi Kyokasho NP-B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UD Digi Kyokasho NP-B" w:hAnsi="UD Digi Kyokasho NP-B" w:eastAsia="UD Digi Kyokasho NP-B" w:cs="UD Digi Kyokasho NP-B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UD Digi Kyokasho NP-B" w:hAnsi="UD Digi Kyokasho NP-B" w:eastAsia="UD Digi Kyokasho NP-B" w:cs="UD Digi Kyokasho NP-B"/>
        <w:b/>
        <w:bCs/>
      </w:rPr>
    </w:tblStylePr>
    <w:tblStylePr w:type="lastCol">
      <w:rPr>
        <w:rFonts w:ascii="UD Digi Kyokasho NP-B" w:hAnsi="UD Digi Kyokasho NP-B" w:eastAsia="UD Digi Kyokasho NP-B" w:cs="UD Digi Kyokasho NP-B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UD Digi Kyokasho NP-B" w:hAnsi="UD Digi Kyokasho NP-B" w:eastAsia="UD Digi Kyokasho NP-B" w:cs="UD Digi Kyokasho NP-B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UD Digi Kyokasho NP-B" w:hAnsi="UD Digi Kyokasho NP-B" w:eastAsia="UD Digi Kyokasho NP-B" w:cs="UD Digi Kyokasho NP-B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UD Digi Kyokasho NP-B" w:hAnsi="UD Digi Kyokasho NP-B" w:eastAsia="UD Digi Kyokasho NP-B" w:cs="UD Digi Kyokasho NP-B"/>
        <w:b/>
        <w:bCs/>
      </w:rPr>
    </w:tblStylePr>
    <w:tblStylePr w:type="lastCol">
      <w:rPr>
        <w:rFonts w:ascii="UD Digi Kyokasho NP-B" w:hAnsi="UD Digi Kyokasho NP-B" w:eastAsia="UD Digi Kyokasho NP-B" w:cs="UD Digi Kyokasho NP-B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UD Digi Kyokasho NP-B" w:hAnsi="UD Digi Kyokasho NP-B" w:eastAsia="UD Digi Kyokasho NP-B" w:cs="UD Digi Kyokasho NP-B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UD Digi Kyokasho NP-B" w:hAnsi="UD Digi Kyokasho NP-B" w:eastAsia="UD Digi Kyokasho NP-B" w:cs="UD Digi Kyokasho NP-B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UD Digi Kyokasho NP-B" w:hAnsi="UD Digi Kyokasho NP-B" w:eastAsia="UD Digi Kyokasho NP-B" w:cs="UD Digi Kyokasho NP-B"/>
        <w:b/>
        <w:bCs/>
      </w:rPr>
    </w:tblStylePr>
    <w:tblStylePr w:type="lastCol">
      <w:rPr>
        <w:rFonts w:ascii="UD Digi Kyokasho NP-B" w:hAnsi="UD Digi Kyokasho NP-B" w:eastAsia="UD Digi Kyokasho NP-B" w:cs="UD Digi Kyokasho NP-B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UD Digi Kyokasho NP-B" w:hAnsi="UD Digi Kyokasho NP-B" w:eastAsia="UD Digi Kyokasho NP-B" w:cs="UD Digi Kyokasho NP-B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UD Digi Kyokasho NP-B" w:hAnsi="UD Digi Kyokasho NP-B" w:eastAsia="UD Digi Kyokasho NP-B" w:cs="UD Digi Kyokasho NP-B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UD Digi Kyokasho NP-B" w:hAnsi="UD Digi Kyokasho NP-B" w:eastAsia="UD Digi Kyokasho NP-B" w:cs="UD Digi Kyokasho NP-B"/>
        <w:b/>
        <w:bCs/>
      </w:rPr>
    </w:tblStylePr>
    <w:tblStylePr w:type="lastCol">
      <w:rPr>
        <w:rFonts w:ascii="UD Digi Kyokasho NP-B" w:hAnsi="UD Digi Kyokasho NP-B" w:eastAsia="UD Digi Kyokasho NP-B" w:cs="UD Digi Kyokasho NP-B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UD Digi Kyokasho NP-B" w:hAnsi="UD Digi Kyokasho NP-B" w:eastAsia="UD Digi Kyokasho NP-B" w:cs="UD Digi Kyokasho NP-B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UD Digi Kyokasho NP-B" w:hAnsi="UD Digi Kyokasho NP-B" w:eastAsia="UD Digi Kyokasho NP-B" w:cs="UD Digi Kyokasho NP-B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UD Digi Kyokasho NP-B" w:hAnsi="UD Digi Kyokasho NP-B" w:eastAsia="UD Digi Kyokasho NP-B" w:cs="UD Digi Kyokasho NP-B"/>
        <w:b/>
        <w:bCs/>
      </w:rPr>
    </w:tblStylePr>
    <w:tblStylePr w:type="lastCol">
      <w:rPr>
        <w:rFonts w:ascii="UD Digi Kyokasho NP-B" w:hAnsi="UD Digi Kyokasho NP-B" w:eastAsia="UD Digi Kyokasho NP-B" w:cs="UD Digi Kyokasho NP-B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UD Digi Kyokasho NP-R" w:hAnsi="UD Digi Kyokasho NP-R" w:eastAsia="UD Digi Kyokasho NP-R" w:cs="UD Digi Kyokasho NP-R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UD Digi Kyokasho NP-R" w:hAnsi="UD Digi Kyokasho NP-R" w:eastAsia="UD Digi Kyokasho NP-R" w:cs="UD Digi Kyokasho NP-R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UD Digi Kyokasho NP-R" w:hAnsi="UD Digi Kyokasho NP-R" w:eastAsia="UD Digi Kyokasho NP-R" w:cs="UD Digi Kyokasho NP-R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UD Digi Kyokasho NP-R" w:hAnsi="UD Digi Kyokasho NP-R" w:eastAsia="UD Digi Kyokasho NP-R" w:cs="UD Digi Kyokasho NP-R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UD Digi Kyokasho NP-R" w:hAnsi="UD Digi Kyokasho NP-R" w:eastAsia="UD Digi Kyokasho NP-R" w:cs="UD Digi Kyokasho NP-R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UD Digi Kyokasho NP-R" w:hAnsi="UD Digi Kyokasho NP-R" w:eastAsia="UD Digi Kyokasho NP-R" w:cs="UD Digi Kyokasho NP-R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UD Digi Kyokasho NP-R" w:hAnsi="UD Digi Kyokasho NP-R" w:eastAsia="UD Digi Kyokasho NP-R" w:cs="UD Digi Kyokasho NP-R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UD Digi Kyokasho NP-R" w:hAnsi="UD Digi Kyokasho NP-R" w:eastAsia="UD Digi Kyokasho NP-R" w:cs="UD Digi Kyokasho NP-R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UD Digi Kyokasho NP-R" w:hAnsi="UD Digi Kyokasho NP-R" w:eastAsia="UD Digi Kyokasho NP-R" w:cs="UD Digi Kyokasho NP-R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UD Digi Kyokasho NP-R" w:hAnsi="UD Digi Kyokasho NP-R" w:eastAsia="UD Digi Kyokasho NP-R" w:cs="UD Digi Kyokasho NP-R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UD Digi Kyokasho NP-R" w:hAnsi="UD Digi Kyokasho NP-R" w:eastAsia="UD Digi Kyokasho NP-R" w:cs="UD Digi Kyokasho NP-R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UD Digi Kyokasho NP-R" w:hAnsi="UD Digi Kyokasho NP-R" w:eastAsia="UD Digi Kyokasho NP-R" w:cs="UD Digi Kyokasho NP-R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UD Digi Kyokasho NP-R" w:hAnsi="UD Digi Kyokasho NP-R" w:eastAsia="UD Digi Kyokasho NP-R" w:cs="UD Digi Kyokasho NP-R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UD Digi Kyokasho NP-R" w:hAnsi="UD Digi Kyokasho NP-R" w:eastAsia="UD Digi Kyokasho NP-R" w:cs="UD Digi Kyokasho NP-R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UD Digi Kyokasho NP-R" w:hAnsi="UD Digi Kyokasho NP-R" w:eastAsia="UD Digi Kyokasho NP-R" w:cs="UD Digi Kyokasho NP-R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UD Digi Kyokasho NP-R" w:hAnsi="UD Digi Kyokasho NP-R" w:eastAsia="UD Digi Kyokasho NP-R" w:cs="UD Digi Kyokasho NP-R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UD Digi Kyokasho NP-R" w:hAnsi="UD Digi Kyokasho NP-R" w:eastAsia="UD Digi Kyokasho NP-R" w:cs="UD Digi Kyokasho NP-R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UD Digi Kyokasho NP-R" w:hAnsi="UD Digi Kyokasho NP-R" w:eastAsia="UD Digi Kyokasho NP-R" w:cs="UD Digi Kyokasho NP-R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UD Digi Kyokasho NP-R" w:hAnsi="UD Digi Kyokasho NP-R" w:eastAsia="UD Digi Kyokasho NP-R" w:cs="UD Digi Kyokasho NP-R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UD Digi Kyokasho NP-R" w:hAnsi="UD Digi Kyokasho NP-R" w:eastAsia="UD Digi Kyokasho NP-R" w:cs="UD Digi Kyokasho NP-R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UD Digi Kyokasho NP-R" w:hAnsi="UD Digi Kyokasho NP-R" w:eastAsia="UD Digi Kyokasho NP-R" w:cs="UD Digi Kyokasho NP-R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テーマ設定</dc:title>
  <dc:subject/>
  <dc:creator>Study Valley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